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Metal Polisher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Hands-on metal polisher with experience finishing stainless steel, aluminium and cast components to specified appearance and tolerance requirements. Skilled at selecting abrasives and compounds, operating polishing lathes and belt grinders, and inspecting surfaces for defects. Works safely around dust, chemicals and rotating equipment in fabrication and manufacturing settings.</w:t>
      </w:r>
    </w:p>
    <w:p>
      <w:pPr>
        <w:spacing w:before="280" w:after="120"/>
        <w:jc w:val="left"/>
        <w:pBdr>
          <w:bottom w:val="single" w:sz="6" w:space="4" w:color="DFDED8"/>
        </w:pBdr>
      </w:pPr>
      <w:r>
        <w:rPr>
          <w:b/>
          <w:color w:val="2F62D9"/>
          <w:sz w:val="22"/>
        </w:rPr>
        <w:t>KEY SKILLS</w:t>
      </w:r>
    </w:p>
    <w:p>
      <w:pPr>
        <w:spacing w:before="0" w:after="200"/>
        <w:jc w:val="left"/>
      </w:pPr>
      <w:r>
        <w:t>Metal finishing and surface preparation   •   Grinding, sanding and buffing techniques   •   Abrasive and polishing compound selection   •   Bench and pedestal polishing lathe operation   •   Angle grinder and die grinder use   •   Buffing wheel and mop selection   •   Surface roughness testing and micrometer inspection   •   Hand and power tool work   •   Plant and equipment operation   •   Attention to detail   •   Safety and compliance awareness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Metal Polisher</w:t>
      </w:r>
      <w:r>
        <w:t>, [Company Name], [City]</w:t>
      </w:r>
      <w:r>
        <w:rPr>
          <w:i/>
        </w:rPr>
        <w:tab/>
        <w:t>[Month Year] – [Month Year / Present]</w:t>
      </w:r>
    </w:p>
    <w:p>
      <w:pPr>
        <w:pStyle w:val="ListBullet"/>
        <w:spacing w:after="80" w:line="276" w:lineRule="auto"/>
      </w:pPr>
      <w:r>
        <w:t>Reduced rework on stainless steel components by refining the buffing sequence and matching compounds to the base metal, cutting rejected parts from several per shift to one or two.</w:t>
      </w:r>
    </w:p>
    <w:p>
      <w:pPr>
        <w:pStyle w:val="ListBullet"/>
        <w:spacing w:after="80" w:line="276" w:lineRule="auto"/>
      </w:pPr>
      <w:r>
        <w:t>Operated polishing lathes and belt grinders to achieve a mirror finish on cast aluminium, meeting tolerance checks with micrometers and surface roughness testers.</w:t>
      </w:r>
    </w:p>
    <w:p>
      <w:pPr>
        <w:pStyle w:val="ListBullet"/>
        <w:spacing w:after="80" w:line="276" w:lineRule="auto"/>
      </w:pPr>
      <w:r>
        <w:t>Maintained polishing equipment and dust extraction systems, reducing unplanned downtime on the lathe during peak production runs.</w:t>
      </w:r>
    </w:p>
    <w:p>
      <w:pPr>
        <w:pStyle w:val="ListBullet"/>
        <w:spacing w:after="80" w:line="276" w:lineRule="auto"/>
      </w:pPr>
      <w:r>
        <w:t>Trained two new starters in safe buffing technique and compound selection, cutting material waste on the workshop floor.</w:t>
      </w:r>
    </w:p>
    <w:p>
      <w:pPr>
        <w:pStyle w:val="ListBullet"/>
        <w:spacing w:after="240" w:line="276" w:lineRule="auto"/>
      </w:pPr>
      <w:r>
        <w:t>Inspected finished surfaces for scratches, blemishes and dimensional accuracy, flagging non-conforming parts before they moved to assembly.</w:t>
      </w:r>
    </w:p>
    <w:p>
      <w:pPr>
        <w:spacing w:before="280" w:after="120"/>
        <w:jc w:val="left"/>
        <w:pBdr>
          <w:bottom w:val="single" w:sz="6" w:space="4" w:color="DFDED8"/>
        </w:pBdr>
      </w:pPr>
      <w:r>
        <w:rPr>
          <w:b/>
          <w:color w:val="2F62D9"/>
          <w:sz w:val="22"/>
        </w:rPr>
        <w:t>EDUCATION</w:t>
      </w:r>
    </w:p>
    <w:p>
      <w:pPr>
        <w:spacing w:before="0" w:after="200"/>
        <w:jc w:val="left"/>
      </w:pPr>
      <w:r>
        <w:t>Year 12 or equivalent, with on-the-job training and a Certificate III in Engineering (Fabrication) or similar trade qualification common for advanced finishing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