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Metallurgist</w:t>
      </w:r>
    </w:p>
    <w:p>
      <w:pPr>
        <w:spacing w:before="0" w:after="240"/>
      </w:pPr>
      <w:r>
        <w:t>I am writing to apply for the Metallurgist role at [Company Name]. With a background in mineral processing and extractive metallurgy, I bring a practical mix of laboratory analysis, plant optimisation and technical reporting that fits the work described.</w:t>
      </w:r>
    </w:p>
    <w:p>
      <w:pPr>
        <w:spacing w:before="0" w:after="240"/>
      </w:pPr>
      <w:r>
        <w:t>In my current role, I ran a series of flotation and leach tests on a complex sulphide ore that had been causing recovery losses. By adjusting grind size and reagent addition, I helped the plant lift recovery and reduce reagent consumption across the circuit. I also set up a LIMS and Power BI dashboard that gave operators real-time visibility of concentrate grade, which cut the time taken to spot and correct a drift from several hours to under one hour.</w:t>
      </w:r>
    </w:p>
    <w:p>
      <w:pPr>
        <w:spacing w:before="0" w:after="240"/>
      </w:pPr>
      <w:r>
        <w:t>I am particularly interested in [Company Name] because of [add one genuine, specific reason: a project, value, or market position you can point to]. I want to contribute to a team that takes metallurgical performance seriously and invests in the sort of process improvement that makes a measurable difference on site.</w:t>
      </w:r>
    </w:p>
    <w:p>
      <w:pPr>
        <w:spacing w:before="0" w:after="240"/>
      </w:pPr>
      <w:r>
        <w:t>Thank you for considering my application. I have attached my resume and would welcome the chance to discuss how my experience in process improvement, laboratory analysis and plant troubleshooting could support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