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Mining Labourer</w:t>
      </w:r>
    </w:p>
    <w:p>
      <w:pPr>
        <w:spacing w:before="0" w:after="240"/>
      </w:pPr>
      <w:r>
        <w:t>I am writing to apply for the Mining Labourer role at [Company Name]. After several rosters on surface and underground sites, I know how to keep a crew supplied, safe and moving, and I am ready to bring that reliability to your operation.</w:t>
      </w:r>
    </w:p>
    <w:p>
      <w:pPr>
        <w:spacing w:before="0" w:after="240"/>
      </w:pPr>
      <w:r>
        <w:t>In my last role, I was responsible for spotting trucks and loaders at the tip head. I kept the area clear during reversing and made sure spillage was shovelled back before it built up, which meant haul crews rarely had to wait for a spot. I also ran pre-start checks on the light vehicle I used for refuelling and topping up fluids, and I logged every top-up so the workshop could plan servicing. When the dewatering pump lines needed extending before a wet season, I helped install the pipes and ventilation runs and stayed back to test the system, which kept the pit floor dry and the crew working.</w:t>
      </w:r>
    </w:p>
    <w:p>
      <w:pPr>
        <w:spacing w:before="0" w:after="240"/>
      </w:pPr>
      <w:r>
        <w:t>[add one genuine, specific reason: a project, value, or market position you can point to]. I am looking for a site where labourers are treated as part of the crew and where safety systems are followed because they work, not just because they are audited.</w:t>
      </w:r>
    </w:p>
    <w:p>
      <w:pPr>
        <w:spacing w:before="0" w:after="240"/>
      </w:pPr>
      <w:r>
        <w:t>Thank you for considering my application. My resume is attached, and I would welcome the chance to talk about how I can support your mining crew.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