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Mobile App Developer</w:t>
      </w:r>
    </w:p>
    <w:p>
      <w:pPr>
        <w:spacing w:before="0" w:after="240"/>
      </w:pPr>
      <w:r>
        <w:t>I'm writing to apply for the Mobile App Developer role at [Company Name]. I build reliable iOS and Android applications end to end, from UI implementation through to app store release, and I'm drawn to this role because it sits squarely in the native and cross-platform work I already do day to day.</w:t>
      </w:r>
    </w:p>
    <w:p>
      <w:pPr>
        <w:spacing w:before="0" w:after="240"/>
      </w:pPr>
      <w:r>
        <w:t>In a recent project I integrated a backend API into an existing app to support real-time data sync across devices, then ran structured testing across multiple OS versions and screen sizes to catch compatibility issues before submission to the app store. The fix reduced sync-related bug reports significantly in the following release cycle, and it's the kind of detail-focused work I enjoy: the app either works reliably on a stranger's phone or it doesn't.</w:t>
      </w:r>
    </w:p>
    <w:p>
      <w:pPr>
        <w:spacing w:before="0" w:after="240"/>
      </w:pPr>
      <w:r>
        <w:t>[add one genuine, specific reason: a project, value, or market position you can point to] is what makes this opportunity stand out to me specifically, beyond the role description itself.</w:t>
      </w:r>
    </w:p>
    <w:p>
      <w:pPr>
        <w:spacing w:before="0" w:after="240"/>
      </w:pPr>
      <w:r>
        <w:t>Thank you for considering my application. I've attached my resume with further detail on my technical background and project experience, and I'd welcome the chance to discuss how I could contribute to your mobile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