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Mortgage Broker</w:t>
      </w:r>
    </w:p>
    <w:p>
      <w:pPr>
        <w:spacing w:before="0" w:after="240"/>
      </w:pPr>
      <w:r>
        <w:t>I'm writing to apply for the Mortgage Broker position at [Company Name]. I bring hands-on experience assessing borrower serviceability, comparing products across lender panels and guiding clients through the loan process from application to settlement, and I'm looking for a role where I can keep building that client base within a compliant, well-supported broking environment.</w:t>
      </w:r>
    </w:p>
    <w:p>
      <w:pPr>
        <w:spacing w:before="0" w:after="240"/>
      </w:pPr>
      <w:r>
        <w:t>In a recent case, I worked with a first home buyer whose income structure made serviceability assessment more complex than a standard PAYG application. I worked through the numbers with several lenders, found one whose policy suited the client's situation, and kept the client informed at each stage of underwriting. The loan settled on time and the client has since referred two family members.</w:t>
      </w:r>
    </w:p>
    <w:p>
      <w:pPr>
        <w:spacing w:before="0" w:after="240"/>
      </w:pPr>
      <w:r>
        <w:t>[Company Name] stands out to me because [add one genuine, specific reason: a project, value, or market position you can point to]. That's the kind of environment where I do my best work for clients and build long-term referral relationships.</w:t>
      </w:r>
    </w:p>
    <w:p>
      <w:pPr>
        <w:spacing w:before="0" w:after="240"/>
      </w:pPr>
      <w:r>
        <w:t>Thank you for considering my application. I've attached my resume, which sets out my experience with loan assessment, lender coordination and compliance in more detail,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