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Music Producer</w:t>
      </w:r>
    </w:p>
    <w:p>
      <w:pPr>
        <w:spacing w:before="0" w:after="240"/>
      </w:pPr>
      <w:r>
        <w:t>I am writing to apply for the Music Producer role at [Company Name]. My experience spans pre-production, tracking, mixing and final delivery, and I am comfortable moving between the creative and practical sides of a project so that artists leave with a finished release rather than an unfinished session.</w:t>
      </w:r>
    </w:p>
    <w:p>
      <w:pPr>
        <w:spacing w:before="0" w:after="240"/>
      </w:pPr>
      <w:r>
        <w:t>A recent project began as a voice memo and a rough beat. I ran pre-production with the artist, rebuilt the arrangement around a stronger hook, and booked a session drummer and two backing vocalists for the tracking day. I handled the edit and mix myself, then delivered masters, stems and a clean edit so the artist could move straight into release planning. The track became the lead single and gave the artist a clear direction for the rest of the record.</w:t>
      </w:r>
    </w:p>
    <w:p>
      <w:pPr>
        <w:spacing w:before="0" w:after="240"/>
      </w:pPr>
      <w:r>
        <w:t>What draws me to [Company Name] is [add one genuine, specific reason: a project, value, or market position you can point to]. I want to work somewhere that takes both the craft and the artist relationship seriously, and your approach matches the way I like to run a room.</w:t>
      </w:r>
    </w:p>
    <w:p>
      <w:pPr>
        <w:spacing w:before="0" w:after="240"/>
      </w:pPr>
      <w:r>
        <w:t>Thank you for considering my application. My resume is attached, and I would welcome the chance to talk through how I can contribute to your upcoming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