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Music Teacher</w:t>
      </w:r>
    </w:p>
    <w:p>
      <w:pPr>
        <w:spacing w:before="0" w:after="240"/>
      </w:pPr>
      <w:r>
        <w:t>I'm writing to apply for the Music Teacher position at [Company Name]. I bring hands-on experience planning and delivering instrumental, vocal and theory lessons across mixed-ability classes, and a genuine interest in building a music program students want to turn up for.</w:t>
      </w:r>
    </w:p>
    <w:p>
      <w:pPr>
        <w:spacing w:before="0" w:after="240"/>
      </w:pPr>
      <w:r>
        <w:t>In a previous teaching placement I took over a struggling ensemble program and rebuilt it around achievable repertoire and structured sectional rehearsals. Students who had been reluctant to perform in front of others ended up carrying solo parts in the end-of-term concert, and attendance at optional rehearsal sessions grew as their confidence did.</w:t>
      </w:r>
    </w:p>
    <w:p>
      <w:pPr>
        <w:spacing w:before="0" w:after="240"/>
      </w:pPr>
      <w:r>
        <w:t>What draws me to [Company Name] specifically is [add one genuine, specific reason: a project, value, or market position you can point to]. I want to teach somewhere that treats music as core to a student's development, not an extra.</w:t>
      </w:r>
    </w:p>
    <w:p>
      <w:pPr>
        <w:spacing w:before="0" w:after="240"/>
      </w:pPr>
      <w:r>
        <w:t>Thank you for considering my application. I've attached my resume and would welcome the chance to discuss how I can contribute to the music department at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