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Musician</w:t>
      </w:r>
    </w:p>
    <w:p>
      <w:pPr>
        <w:spacing w:before="0" w:after="240"/>
      </w:pPr>
      <w:r>
        <w:t>I'm writing to apply for the Musician role with [Company Name]. I bring live performance experience across venues and private events alongside studio recording work, and I'm comfortable moving between notated music and improvisation depending on what a set or session calls for.</w:t>
      </w:r>
    </w:p>
    <w:p>
      <w:pPr>
        <w:spacing w:before="0" w:after="240"/>
      </w:pPr>
      <w:r>
        <w:t>In a recent project I put together a set that blended original material with audience-requested covers, then rehearsed it with the rest of the band until the transitions and dynamics sat right on the night. I've also spent time in studio recording a short EP, working through several mixing passes with a producer until the tracks matched what we'd set out to make. That mix of stage discipline and studio patience is what I'd bring to this role.</w:t>
      </w:r>
    </w:p>
    <w:p>
      <w:pPr>
        <w:spacing w:before="0" w:after="240"/>
      </w:pPr>
      <w:r>
        <w:t>[add one genuine, specific reason: a project, value, or market position you can point to] is part of why I want to work with [Company Name] specifically, rather than sending out a generic application.</w:t>
      </w:r>
    </w:p>
    <w:p>
      <w:pPr>
        <w:spacing w:before="0" w:after="240"/>
      </w:pPr>
      <w:r>
        <w:t>Thank you for considering my application. I've attached my resume with further detail on my performance history, technical skills and availability,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