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Myotherapist</w:t>
      </w:r>
    </w:p>
    <w:p>
      <w:pPr>
        <w:spacing w:before="0" w:after="240"/>
      </w:pPr>
      <w:r>
        <w:t>I am writing to apply for the Myotherapist position at [Company Name]. With a myotherapy qualification and hands-on experience treating musculoskeletal pain in a private clinic setting, I am confident I can step into your caseload and start helping clients move better from the first week.</w:t>
      </w:r>
    </w:p>
    <w:p>
      <w:pPr>
        <w:spacing w:before="0" w:after="240"/>
      </w:pPr>
      <w:r>
        <w:t>In my most recent role I carried a caseload of up to 25 clients a week, most presenting with persistent neck, shoulder and lower back pain. One client, a warehouse worker who had been managing ongoing lower back pain for months, came in expecting ongoing massage. I assessed his movement, found limited hip mobility and a thoracic spine that would not extend, and built a plan that combined soft tissue work and joint mobilisation with a short daily exercise routine and advice on lifting technique. He returned to full duties and moved to occasional maintenance sessions rather than weekly treatment. That shift from passive treatment to a plan the client owns is the part of myotherapy I find most useful.</w:t>
      </w:r>
    </w:p>
    <w:p>
      <w:pPr>
        <w:spacing w:before="0" w:after="240"/>
      </w:pPr>
      <w:r>
        <w:t>What draws me to [Company Name] is [add one genuine, specific reason: a project, value, or market position you can point to]. I want to work somewhere that takes that seriously, and I would welcome the chance to discuss how my approach fits the way your clinic practises.</w:t>
      </w:r>
    </w:p>
    <w:p>
      <w:pPr>
        <w:spacing w:before="0" w:after="240"/>
      </w:pPr>
      <w:r>
        <w:t>Thank you for considering my application. I have attached my resume and would be glad to talk through my experience and availability at a time that suits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