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Nail Technician</w:t>
      </w:r>
    </w:p>
    <w:p>
      <w:pPr>
        <w:spacing w:before="0" w:after="240"/>
      </w:pPr>
      <w:r>
        <w:t>I am applying for the Nail Technician role at [Company Name]. My experience covers the full range of salon work, from classic manicures and pedicures through to gel and acrylic sets, and I keep a station that is always ready for inspection.</w:t>
      </w:r>
    </w:p>
    <w:p>
      <w:pPr>
        <w:spacing w:before="0" w:after="240"/>
      </w:pPr>
      <w:r>
        <w:t>In my most recent salon role I looked after a repeating client base alongside daily walk-ins. When several clients started coming back early with lifting gel, I changed how I prepped the nail plate and how I explained aftercare at the end of each appointment. The early returns dropped off, and a handful of those clients moved from occasional visits to a regular booking cycle. I also kept the autoclave and cleaning logs current, which meant health inspections were straightforward rather than stressful.</w:t>
      </w:r>
    </w:p>
    <w:p>
      <w:pPr>
        <w:spacing w:before="0" w:after="240"/>
      </w:pPr>
      <w:r>
        <w:t>I would like to work with [Company Name] because [add one genuine, specific reason: a project, value, or market position you can point to]. I am looking for a salon where hygiene standards and client care are taken seriously, and where I can keep building my skills in enhancement work.</w:t>
      </w:r>
    </w:p>
    <w:p>
      <w:pPr>
        <w:spacing w:before="0" w:after="240"/>
      </w:pPr>
      <w:r>
        <w:t>Thank you for considering my application. My resume is attached with the details of my qualifications and experience, and I would welcome the chance to talk through how I would fit into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