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Naturopath</w:t>
      </w:r>
    </w:p>
    <w:p>
      <w:pPr>
        <w:spacing w:before="0" w:after="240"/>
      </w:pPr>
      <w:r>
        <w:t>I am applying for the Naturopath position at [Company Name], where I can bring my clinical assessment skills and patient centred approach to support your clients' wellbeing.</w:t>
      </w:r>
    </w:p>
    <w:p>
      <w:pPr>
        <w:spacing w:before="0" w:after="240"/>
      </w:pPr>
      <w:r>
        <w:t>In my current practice, I manage a caseload of regular patients, assessing their health histories and developing individualised treatment plans using herbal medicine and nutritional supplements. One recent achievement was helping a patient with longstanding digestive issues by adjusting their diet and prescribing a tailored herbal blend; over three months they reported significant improvement in symptoms and reduced reliance on over the counter remedies. I also streamlined the clinic's dispensing process by reorganising the herbal dispensary, which cut average wait times for patients.</w:t>
      </w:r>
    </w:p>
    <w:p>
      <w:pPr>
        <w:spacing w:before="0" w:after="240"/>
      </w:pPr>
      <w:r>
        <w:t>I am drawn to [Company Name] because [add one genuine, specific reason: a project, value, or market position you can point to]. I share your commitment to safe, patient focused care and would welcome the chance to contribute to your team.</w:t>
      </w:r>
    </w:p>
    <w:p>
      <w:pPr>
        <w:spacing w:before="0" w:after="240"/>
      </w:pPr>
      <w:r>
        <w:t>Thank you for considering my application. My resume is attached for your review, and I look forward to discussing how my experience aligns with your needs.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