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Nephrologist</w:t>
      </w:r>
    </w:p>
    <w:p>
      <w:pPr>
        <w:spacing w:before="0" w:after="240"/>
      </w:pPr>
      <w:r>
        <w:t>I am writing to apply for the Nephrologist position at [Company Name]. With advanced training in renal medicine through the RACP and extensive experience managing dialysis and transplant patients, I am confident in my ability to contribute to your renal unit.</w:t>
      </w:r>
    </w:p>
    <w:p>
      <w:pPr>
        <w:spacing w:before="0" w:after="240"/>
      </w:pPr>
      <w:r>
        <w:t>In my current role, I coordinate a multidisciplinary clinic for patients with advanced chronic kidney disease. By working closely with dietitians, nurses and surgeons, I have improved the timely assessment of patients for transplant and reduced the number of emergency dialysis starts. I also regularly review renal biopsies and imaging to ensure treatment plans are tailored to each patient's needs.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