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Netball Coach</w:t>
      </w:r>
    </w:p>
    <w:p>
      <w:pPr>
        <w:spacing w:before="0" w:after="240"/>
      </w:pPr>
      <w:r>
        <w:t>I am writing to apply for the Netball Coach role at [Company Name]. With a background in coaching junior and senior teams, I bring a player-first approach to skill development, fitness and match-day preparation.</w:t>
      </w:r>
    </w:p>
    <w:p>
      <w:pPr>
        <w:spacing w:before="0" w:after="240"/>
      </w:pPr>
      <w:r>
        <w:t>In my most recent coaching role, I planned and led weekly training sessions for a squad of 22 players, focusing on court movement, passing accuracy and defensive pressure. I used Hudl Sportscode to break down match footage and build opposition-specific game plans, which helped the team reduce turnovers in the defensive third across the season. I also mentored three developing players who went on to trial for representative teams.</w:t>
      </w:r>
    </w:p>
    <w:p>
      <w:pPr>
        <w:spacing w:before="0" w:after="240"/>
      </w:pPr>
      <w:r>
        <w:t>I am drawn to [Company Name] because [add one genuine, specific reason: a project, value, or market position you can point to]. I share a commitment to fostering player wellbeing and long-term development, and I would welcome the chance to contribute to your club's coaching program.</w:t>
      </w:r>
    </w:p>
    <w:p>
      <w:pPr>
        <w:spacing w:before="0" w:after="240"/>
      </w:pPr>
      <w:r>
        <w:t>Thank you for considering my application. My resume is attached and I would welcome the opportunity to discuss how I can support your teams.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