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Network Engineer</w:t>
      </w:r>
    </w:p>
    <w:p>
      <w:pPr>
        <w:spacing w:before="0" w:after="240"/>
      </w:pPr>
      <w:r>
        <w:t>I'm writing to apply for the Network Engineer role at [Company Name]. My background covers network design, routing and switching configuration and firewall management, which lines up closely with the day-to-day demands of this position.</w:t>
      </w:r>
    </w:p>
    <w:p>
      <w:pPr>
        <w:spacing w:before="0" w:after="240"/>
      </w:pPr>
      <w:r>
        <w:t>In a previous role I identified a recurring latency issue affecting a branch office WAN link. Using Wireshark to trace the traffic pattern, I found a misconfigured QoS policy on the edge router, corrected it, and documented the fix so the same issue wouldn't recur across other sites. That kind of methodical troubleshooting, backed by clear documentation, is the standard I bring to network operations.</w:t>
      </w:r>
    </w:p>
    <w:p>
      <w:pPr>
        <w:spacing w:before="0" w:after="240"/>
      </w:pPr>
      <w:r>
        <w:t>[add one genuine, specific reason: a project, value, or market position you can point to] is what drew me to apply to [Company Name] specifically, rather than sending a generic application.</w:t>
      </w:r>
    </w:p>
    <w:p>
      <w:pPr>
        <w:spacing w:before="0" w:after="240"/>
      </w:pPr>
      <w:r>
        <w:t>Thank you for considering my application. I've attached my resume with further detail on my technical background and would welcome the chance to discuss how I can contribute to your network infrastructure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