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Neurologist</w:t>
      </w:r>
    </w:p>
    <w:p>
      <w:pPr>
        <w:spacing w:before="0" w:after="240"/>
      </w:pPr>
      <w:r>
        <w:t>I am applying for the Neurologist role at [Company Name]. With FRACP advanced training in neurology and experience across inpatient, outpatient and telestroke settings, I bring a practical, patient-centred approach to diagnosing and managing complex neurological conditions.</w:t>
      </w:r>
    </w:p>
    <w:p>
      <w:pPr>
        <w:spacing w:before="0" w:after="240"/>
      </w:pPr>
      <w:r>
        <w:t>In a recent hospital role, I managed a shared outpatient epilepsy clinic and reduced the average wait for routine EEG reporting by triaging referrals and running additional reporting sessions, which helped patients start or change treatment sooner. I also supervised junior medical staff, performed lumbar punctures and botulinum toxin injections, and worked closely with allied health to coordinate care for people with multiple sclerosis and Parkinson disease.</w:t>
      </w:r>
    </w:p>
    <w:p>
      <w:pPr>
        <w:spacing w:before="0" w:after="240"/>
      </w:pPr>
      <w:r>
        <w:t>[add one genuine, specific reason: a project, value, or market position you can point to]. I am particularly interested in how [Company Name] approaches multidisciplinary care and would welcome the chance to contribute to your service.</w:t>
      </w:r>
    </w:p>
    <w:p>
      <w:pPr>
        <w:spacing w:before="0" w:after="240"/>
      </w:pPr>
      <w:r>
        <w:t>Thank you for considering my application. I have attached my resume and would welcome the opportunity to discuss how my clinical and supervisory experience aligns with your team's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