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Neuroscientist</w:t>
      </w:r>
    </w:p>
    <w:p>
      <w:pPr>
        <w:spacing w:before="0" w:after="240"/>
      </w:pPr>
      <w:r>
        <w:t>I am writing to apply for the Neuroscientist role at [Company Name]. My research background combines laboratory neuroscience with quantitative analysis, and I am drawn to the opportunity to work on questions that connect nervous system function to real clinical outcomes.</w:t>
      </w:r>
    </w:p>
    <w:p>
      <w:pPr>
        <w:spacing w:before="0" w:after="240"/>
      </w:pPr>
      <w:r>
        <w:t>In my most recent research role I designed and ran a series of behavioural and electrophysiological experiments examining how neural activity relates to learning and memory. When the volume of recorded data outgrew our existing spreadsheets, I built a processing pipeline in Python and MATLAB that standardised filtering, spike sorting and statistical comparison, which reduced the time from raw recording to analysable results from several weeks to a few days and made the findings reproducible across the research group. The work formed the basis of a peer-reviewed publication and a conference presentation, and two honours students I supervised used the same pipeline for their own projects.</w:t>
      </w:r>
    </w:p>
    <w:p>
      <w:pPr>
        <w:spacing w:before="0" w:after="240"/>
      </w:pPr>
      <w:r>
        <w:t>Why I want to work at [Company Name]: [add one genuine, specific reason: a project, value, or market position you can point to]. I would rather name something real than something flattering, so I have left this for you to complete once you have done your homework on the organisation.</w:t>
      </w:r>
    </w:p>
    <w:p>
      <w:pPr>
        <w:spacing w:before="0" w:after="240"/>
      </w:pPr>
      <w:r>
        <w:t>Thank you for considering my application. My resume is attached, and I would welcome the chance to discuss how my research and analytical experience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