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Neurosurgeon</w:t>
      </w:r>
    </w:p>
    <w:p>
      <w:pPr>
        <w:spacing w:before="0" w:after="240"/>
      </w:pPr>
      <w:r>
        <w:t>I am writing to express my interest in the Neurosurgeon position at [Company Name]. With extensive experience in complex brain and spinal surgery and a commitment to patient-centred care, I am confident I can contribute to your neurosurgery team.</w:t>
      </w:r>
    </w:p>
    <w:p>
      <w:pPr>
        <w:spacing w:before="0" w:after="240"/>
      </w:pPr>
      <w:r>
        <w:t>In my current role, I performed over 200 complex brain and spinal surgeries annually, including tumour resections and aneurysm repairs. I reduced average length of stay for elective spinal surgery patients from five days to three by implementing standardised post-operative care pathways. I also supervised and trained over 20 registrars, many of whom now practise independently.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keen to bring my skills in surgical navigation systems, intraoperative MRI and neurophysiological monitoring to your team and to contribute to your reputation for clinical excellence.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neurosurgery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