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Nuclear Medicine Technologist</w:t>
      </w:r>
    </w:p>
    <w:p>
      <w:pPr>
        <w:spacing w:before="0" w:after="240"/>
      </w:pPr>
      <w:r>
        <w:t>I am writing to apply for the Nuclear Medicine Technologist role at [Company Name]. With current registration through AHPRA and hands-on experience in radiopharmaceutical administration and hybrid imaging, I am confident I can contribute to your department from day one.</w:t>
      </w:r>
    </w:p>
    <w:p>
      <w:pPr>
        <w:spacing w:before="0" w:after="240"/>
      </w:pPr>
      <w:r>
        <w:t>In my most recent role, I managed a daily scanning list for oncology and cardiac patients, preparing and administering doses, operating a PET/CT scanner and processing studies on Siemens syngo.via. By refining my patient positioning routine and pre-scan explanations, I reduced repeat imaging for movement artefact and helped the team keep reporting turnaround within the same day. I also took responsibility for daily radiation safety checks and waste handling, ensuring the department stayed compliant with ARPANSA guidance.</w:t>
      </w:r>
    </w:p>
    <w:p>
      <w:pPr>
        <w:spacing w:before="0" w:after="240"/>
      </w:pPr>
      <w:r>
        <w:t>I am drawn to [Company Name] because of [add one genuine, specific reason: a project, value, or market position you can point to]. I want to work somewhere that invests in advanced imaging and supports ongoing professional development, and I believe my background in nuclear medicine aligns with that direction.</w:t>
      </w:r>
    </w:p>
    <w:p>
      <w:pPr>
        <w:spacing w:before="0" w:after="240"/>
      </w:pPr>
      <w:r>
        <w:t>Thank you for considering my application. My resume is attached and provides more detail on my experience and registration. I look forward to the opportunity to discuss how I can support your nuclear medicine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