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Nurse Manager</w:t>
      </w:r>
    </w:p>
    <w:p>
      <w:pPr>
        <w:spacing w:before="0" w:after="240"/>
      </w:pPr>
      <w:r>
        <w:t>I am writing to apply for the Nurse Manager role at [Company Name]. As a registered nurse with experience leading ward teams and managing day-to-day operations, I am confident I can support [Company Name] in delivering safe, efficient and compassionate care.</w:t>
      </w:r>
    </w:p>
    <w:p>
      <w:pPr>
        <w:spacing w:before="0" w:after="240"/>
      </w:pPr>
      <w:r>
        <w:t>In my current role, I introduced a revised roster pattern that matched nursing skill mix to patient acuity across a 32-bed surgical ward. This cut the use of agency staff on night shifts and gave the team more predictable hours, while keeping safe staffing ratios in line with the ward's bed numbers. I also led a review of incident reporting and handover processes, which improved compliance with the National Safety and Quality Health Service Standards during the last accreditation cycle.</w:t>
      </w:r>
    </w:p>
    <w:p>
      <w:pPr>
        <w:spacing w:before="0" w:after="240"/>
      </w:pPr>
      <w:r>
        <w:t>I am particularly drawn to [Company Name] because [add one genuine, specific reason: a project, value, or market position you can point to]. I want to bring my operational and clinical leadership skills to a team that is already doing meaningful work in this area.</w:t>
      </w:r>
    </w:p>
    <w:p>
      <w:pPr>
        <w:spacing w:before="0" w:after="240"/>
      </w:pPr>
      <w:r>
        <w:t>Thank you for considering my application. My resume is attached and provides further detail on my experience in nursing management, rostering and quality improvement. I look forward to the opportunity to discuss how I can contribute to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