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Nurse Researcher</w:t>
      </w:r>
    </w:p>
    <w:p>
      <w:pPr>
        <w:spacing w:before="0" w:after="240"/>
      </w:pPr>
      <w:r>
        <w:t>I am writing to apply for the Nurse Researcher role at [Company Name]. With a clinical nursing background and a postgraduate research qualification, I bring a track record of designing studies that directly inform nursing practice and patient care.</w:t>
      </w:r>
    </w:p>
    <w:p>
      <w:pPr>
        <w:spacing w:before="0" w:after="240"/>
      </w:pPr>
      <w:r>
        <w:t>In my current role, I led a mixed-methods study on medication safety in residential aged care. I interviewed 25 nurses and analysed survey responses from 180 care staff, then worked with a clinical governance team to revise the medication management policy. The changes were adopted across three facilities, and the study was published in a peer-reviewed nursing journal. This experience reflects the core tasks of this role: designing rigorous studies, managing ethics and data, and translating evidence into practice.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contribute my skills in project management and stakeholder engagement to your research program.</w:t>
      </w:r>
    </w:p>
    <w:p>
      <w:pPr>
        <w:spacing w:before="0" w:after="240"/>
      </w:pPr>
      <w:r>
        <w:t>Thank you for considering my application. My resume is attached, and I would welcome the opportunity to discuss how my research experience aligns with your team's priorities.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