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Nurseryperson</w:t>
      </w:r>
    </w:p>
    <w:p>
      <w:pPr>
        <w:spacing w:before="0" w:after="240"/>
      </w:pPr>
      <w:r>
        <w:t>I am writing to apply for the Nurseryperson position at [Company Name]. With hands-on experience in plant propagation, container production and customer service, and a Certificate III in Horticulture, I am confident I can contribute to your nursery's operations.</w:t>
      </w:r>
    </w:p>
    <w:p>
      <w:pPr>
        <w:spacing w:before="0" w:after="240"/>
      </w:pPr>
      <w:r>
        <w:t>In my most recent role, I managed the propagation of a range of native and ornamental species from cuttings and seed, consistently achieving strong strike rates and healthy root development. I also maintained irrigation and climate control systems, which helped reduce plant loss and ensure consistent quality across batches. I take pride in keeping accurate records and maintaining a clean, organised work area.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the opportunity to discuss how my skills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