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Nutritionist</w:t>
      </w:r>
    </w:p>
    <w:p>
      <w:pPr>
        <w:spacing w:before="0" w:after="240"/>
      </w:pPr>
      <w:r>
        <w:t>I am writing to apply for the Nutritionist role at [Company Name]. With a background in community nutrition and private practice, I focus on helping clients make realistic food changes that fit their lives.</w:t>
      </w:r>
    </w:p>
    <w:p>
      <w:pPr>
        <w:spacing w:before="0" w:after="240"/>
      </w:pPr>
      <w:r>
        <w:t>In my most recent role, I developed a 12-week nutrition program for a community health service. I assessed each participant's dietary habits, ran practical cooking workshops, and adjusted meal plans based on weekly food diaries. By the end of the program, most participants had maintained their new eating habits and reported better energy levels.</w:t>
      </w:r>
    </w:p>
    <w:p>
      <w:pPr>
        <w:spacing w:before="0" w:after="240"/>
      </w:pPr>
      <w:r>
        <w:t>I am drawn to [Company Name] because [add one genuine, specific reason: a project, value, or market position you can point to]. I want to contribute to a team that values evidence-based practice and client-centred care.</w:t>
      </w:r>
    </w:p>
    <w:p>
      <w:pPr>
        <w:spacing w:before="0" w:after="240"/>
      </w:pPr>
      <w:r>
        <w:t>Thank you for considering my application. My resume is attached, and I look forward to discussing how I can support your nutrition programs.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