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Operating Theatre Technician</w:t>
      </w:r>
    </w:p>
    <w:p>
      <w:pPr>
        <w:spacing w:before="0" w:after="240"/>
      </w:pPr>
      <w:r>
        <w:t>I am writing to apply for the Operating Theatre Technician position at [Company Name]. With hands-on experience in theatre preparation, instrument sterilisation and intraoperative support, I am confident I can contribute to a safe and efficient surgical environment.</w:t>
      </w:r>
    </w:p>
    <w:p>
      <w:pPr>
        <w:spacing w:before="0" w:after="240"/>
      </w:pPr>
      <w:r>
        <w:t>In my current role, I prepare operating theatres across a multi-theatre suite, setting up sterile fields and checking equipment before every procedure. I have streamlined instrument turnaround by reorganising sterilisation workflows, cutting the time from decontamination to ready-for-use from 45 minutes to 30 minutes. I also assist during surgery by passing instruments and managing electrosurgical units, which helps the team maintain focus on patient care. My attention to detail has led to zero compliance issues in recent infection control audits.</w:t>
      </w:r>
    </w:p>
    <w:p>
      <w:pPr>
        <w:spacing w:before="0" w:after="240"/>
      </w:pPr>
      <w:r>
        <w:t>I am particularly drawn to [Company Name] because [add one genuine, specific reason: a project, value, or market position you can point to]. I am eager to bring my skills in sterile processing and theatre support to your team and to learn from your established practices.</w:t>
      </w:r>
    </w:p>
    <w:p>
      <w:pPr>
        <w:spacing w:before="0" w:after="240"/>
      </w:pPr>
      <w:r>
        <w:t>Thank you for considering my application. I have attached my resume, which details my qualifications and experience. I look forward to the opportunity to discuss how I can support your operating theatre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