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Operations Analyst</w:t>
      </w:r>
    </w:p>
    <w:p>
      <w:pPr>
        <w:spacing w:before="0" w:after="240"/>
      </w:pPr>
      <w:r>
        <w:t>I am applying for the Operations Analyst role at [Company Name]. My experience in process mapping, operational data analysis and stakeholder engagement aligns closely with the work described in the position.</w:t>
      </w:r>
    </w:p>
    <w:p>
      <w:pPr>
        <w:spacing w:before="0" w:after="240"/>
      </w:pPr>
      <w:r>
        <w:t>In my current role, I mapped a claims processing workflow that spanned four teams and found that approval steps were being duplicated. I interviewed the staff involved, rebuilt the intake form in Excel and used Power BI to track turnaround. The changes reduced the average time from lodgement to decision from nine days to five, and the revised process is now standard across the team.</w:t>
      </w:r>
    </w:p>
    <w:p>
      <w:pPr>
        <w:spacing w:before="0" w:after="240"/>
      </w:pPr>
      <w:r>
        <w:t>I want to work at [Company Name] because [add one genuine, specific reason: a project, value, or market position you can point to]. I am keen to bring my analytical approach and practical process improvement skills to your operations team.</w:t>
      </w:r>
    </w:p>
    <w:p>
      <w:pPr>
        <w:spacing w:before="0" w:after="240"/>
      </w:pPr>
      <w:r>
        <w:t>Thank you for considering my application. My resume is attached, and I would welcome the chance to discuss how I can help improve your operational performance.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