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Operations Analyst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Operations analyst with a focus on process improvement and data driven decision making. Experienced in mapping workflows, gathering operational data and working with frontline teams to remove delays and rework. Comfortable turning analysis into clear recommendations for managers and senior stakeholders.</w:t>
      </w:r>
    </w:p>
    <w:p>
      <w:pPr>
        <w:spacing w:before="280" w:after="120"/>
        <w:jc w:val="left"/>
        <w:pBdr>
          <w:bottom w:val="single" w:sz="6" w:space="4" w:color="DFDED8"/>
        </w:pBdr>
      </w:pPr>
      <w:r>
        <w:rPr>
          <w:b/>
          <w:color w:val="2F62D9"/>
          <w:sz w:val="22"/>
        </w:rPr>
        <w:t>KEY SKILLS</w:t>
      </w:r>
    </w:p>
    <w:p>
      <w:pPr>
        <w:spacing w:before="0" w:after="200"/>
        <w:jc w:val="left"/>
      </w:pPr>
      <w:r>
        <w:t>Process improvement   •   Data analysis   •   Project management   •   Microsoft Excel   •   Power BI   •   Visio   •   SQL   •   Stakeholder management   •   Problem solving   •   Written communication   •   Attention to detail   •   KPI reporting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Operations Analyst</w:t>
      </w:r>
      <w:r>
        <w:t>, [Company Name], [City]</w:t>
      </w:r>
      <w:r>
        <w:rPr>
          <w:i/>
        </w:rPr>
        <w:tab/>
        <w:t>[Month Year] – [Month Year / Present]</w:t>
      </w:r>
    </w:p>
    <w:p>
      <w:pPr>
        <w:pStyle w:val="ListBullet"/>
        <w:spacing w:after="80" w:line="276" w:lineRule="auto"/>
      </w:pPr>
      <w:r>
        <w:t>Mapped a customer onboarding process across four teams and documented each step in Visio, revealing duplicated approvals that added two days to the average completion time.</w:t>
      </w:r>
    </w:p>
    <w:p>
      <w:pPr>
        <w:pStyle w:val="ListBullet"/>
        <w:spacing w:after="80" w:line="276" w:lineRule="auto"/>
      </w:pPr>
      <w:r>
        <w:t>Built an Excel and Power BI dashboard to track operational KPIs, giving managers a single view of daily volumes and backlog.</w:t>
      </w:r>
    </w:p>
    <w:p>
      <w:pPr>
        <w:pStyle w:val="ListBullet"/>
        <w:spacing w:after="80" w:line="276" w:lineRule="auto"/>
      </w:pPr>
      <w:r>
        <w:t>Interviewed 15 staff members across two sites to understand process pain points, then recommended a revised handover checklist that reduced rework.</w:t>
      </w:r>
    </w:p>
    <w:p>
      <w:pPr>
        <w:pStyle w:val="ListBullet"/>
        <w:spacing w:after="80" w:line="276" w:lineRule="auto"/>
      </w:pPr>
      <w:r>
        <w:t>Analysed six months of service data using SQL to identify recurring delays, leading to a changed shift allocation that improved same day completion.</w:t>
      </w:r>
    </w:p>
    <w:p>
      <w:pPr>
        <w:pStyle w:val="ListBullet"/>
        <w:spacing w:after="240" w:line="276" w:lineRule="auto"/>
      </w:pPr>
      <w:r>
        <w:t>Presented process improvement findings to a senior management group, with a clear recommendation that was approved for a three month pilot.</w:t>
      </w:r>
    </w:p>
    <w:p>
      <w:pPr>
        <w:spacing w:before="280" w:after="120"/>
        <w:jc w:val="left"/>
        <w:pBdr>
          <w:bottom w:val="single" w:sz="6" w:space="4" w:color="DFDED8"/>
        </w:pBdr>
      </w:pPr>
      <w:r>
        <w:rPr>
          <w:b/>
          <w:color w:val="2F62D9"/>
          <w:sz w:val="22"/>
        </w:rPr>
        <w:t>EDUCATION</w:t>
      </w:r>
    </w:p>
    <w:p>
      <w:pPr>
        <w:spacing w:before="0" w:after="200"/>
        <w:jc w:val="left"/>
      </w:pPr>
      <w:r>
        <w:t>A bachelor degree in business, commerce, engineering, information technology or a related field is the most common entry point. Some operations analysts also hold a postgraduate qualification, while others enter through a diploma or advanced diploma in business, project management or process improvement.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