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Optical Mechanic</w:t>
      </w:r>
    </w:p>
    <w:p>
      <w:pPr>
        <w:spacing w:before="0" w:after="240"/>
      </w:pPr>
      <w:r>
        <w:t>I am writing to apply for the Optical Mechanic position at [Company Name]. With hands-on experience in lens grinding, edging and frame adjustment, I am confident I can contribute to your optical laboratory's accuracy and turnaround times.</w:t>
      </w:r>
    </w:p>
    <w:p>
      <w:pPr>
        <w:spacing w:before="0" w:after="240"/>
      </w:pPr>
      <w:r>
        <w:t>In my previous role, I was responsible for surfacing and edging prescription lenses for a busy optical laboratory. I set up jobs from optometrist prescriptions, checked lens power on the lensmeter, and fitted lenses into frames using automated edging equipment. I also maintained and calibrated the lab equipment, which cut downtime and kept jobs moving. I take pride in getting the fit right the first time, and I regularly adjusted frames with the frame warmer to ensure comfortable wear for customers.</w:t>
      </w:r>
    </w:p>
    <w:p>
      <w:pPr>
        <w:spacing w:before="0" w:after="240"/>
      </w:pPr>
      <w:r>
        <w:t>I am particularly drawn to [Company Name] because of [add one genuine, specific reason: a project, value, or market position you can point to]. I would welcome the chance to bring my optical mechanic skills to your team and support your commitment to quality eyewear.</w:t>
      </w:r>
    </w:p>
    <w:p>
      <w:pPr>
        <w:spacing w:before="0" w:after="240"/>
      </w:pPr>
      <w:r>
        <w:t>Thank you for considering my application. My resume is attached, and I look forward to the opportunity to discuss how I can contribute to [Company Name].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