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Optical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Optical Mechanic with experience in grinding, surfacing and fitting prescription lenses to exact specifications. Skilled in operating automated edging and surfacing equipment, using lensmeters and frame warmers, and maintaining optical laboratory equipment. Focused on accuracy, turnaround times and quality control in a busy lab or retail optical setting.</w:t>
      </w:r>
    </w:p>
    <w:p>
      <w:pPr>
        <w:spacing w:before="280" w:after="120"/>
        <w:jc w:val="left"/>
        <w:pBdr>
          <w:bottom w:val="single" w:sz="6" w:space="4" w:color="DFDED8"/>
        </w:pBdr>
      </w:pPr>
      <w:r>
        <w:rPr>
          <w:b/>
          <w:color w:val="2F62D9"/>
          <w:sz w:val="22"/>
        </w:rPr>
        <w:t>KEY SKILLS</w:t>
      </w:r>
    </w:p>
    <w:p>
      <w:pPr>
        <w:spacing w:before="0" w:after="200"/>
        <w:jc w:val="left"/>
      </w:pPr>
      <w:r>
        <w:t>Craft and handmade production   •   Installation and maintenance   •   Plant and equipment operation   •   Automated lens edger   •   Lensmeter (vertometer)   •   Lens surfacing and generator equipment   •   Frame warmer and adjustment tools   •   Optical laboratory management software   •   Attention to detail   •   Problem solving   •   Time and deadline management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Optical Mechanic</w:t>
      </w:r>
      <w:r>
        <w:t>, [Company Name], [City]</w:t>
      </w:r>
      <w:r>
        <w:rPr>
          <w:i/>
        </w:rPr>
        <w:tab/>
        <w:t>[Month Year] – [Month Year / Present]</w:t>
      </w:r>
    </w:p>
    <w:p>
      <w:pPr>
        <w:pStyle w:val="ListBullet"/>
        <w:spacing w:after="80" w:line="276" w:lineRule="auto"/>
      </w:pPr>
      <w:r>
        <w:t>Set up and completed lens jobs from optometrist prescriptions, reading specifications and entering data into optical laboratory management software.</w:t>
      </w:r>
    </w:p>
    <w:p>
      <w:pPr>
        <w:pStyle w:val="ListBullet"/>
        <w:spacing w:after="80" w:line="276" w:lineRule="auto"/>
      </w:pPr>
      <w:r>
        <w:t>Ground and polished prescription lenses to specification, checking power and axis on the lensmeter before edging.</w:t>
      </w:r>
    </w:p>
    <w:p>
      <w:pPr>
        <w:pStyle w:val="ListBullet"/>
        <w:spacing w:after="80" w:line="276" w:lineRule="auto"/>
      </w:pPr>
      <w:r>
        <w:t>Edged and fitted lenses into spectacle frames using automated edgers, adjusting for pupil distance and frame shape to ensure a comfortable fit.</w:t>
      </w:r>
    </w:p>
    <w:p>
      <w:pPr>
        <w:pStyle w:val="ListBullet"/>
        <w:spacing w:after="80" w:line="276" w:lineRule="auto"/>
      </w:pPr>
      <w:r>
        <w:t>Repaired, adjusted and aligned spectacle frames, including replacing screws and nose pads, extending the life of customers' existing glasses.</w:t>
      </w:r>
    </w:p>
    <w:p>
      <w:pPr>
        <w:pStyle w:val="ListBullet"/>
        <w:spacing w:after="240" w:line="276" w:lineRule="auto"/>
      </w:pPr>
      <w:r>
        <w:t>Maintained, calibrated and cleaned optical laboratory equipment, reducing downtime and keeping jobs moving through the workshop.</w:t>
      </w:r>
    </w:p>
    <w:p>
      <w:pPr>
        <w:spacing w:before="280" w:after="120"/>
        <w:jc w:val="left"/>
        <w:pBdr>
          <w:bottom w:val="single" w:sz="6" w:space="4" w:color="DFDED8"/>
        </w:pBdr>
      </w:pPr>
      <w:r>
        <w:rPr>
          <w:b/>
          <w:color w:val="2F62D9"/>
          <w:sz w:val="22"/>
        </w:rPr>
        <w:t>EDUCATION</w:t>
      </w:r>
    </w:p>
    <w:p>
      <w:pPr>
        <w:spacing w:before="0" w:after="200"/>
        <w:jc w:val="left"/>
      </w:pPr>
      <w:r>
        <w:t>Certificate III or IV in optical dispensing, engineering or a related manufacturing trade, or equivalent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