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Orchardist</w:t>
      </w:r>
    </w:p>
    <w:p>
      <w:pPr>
        <w:spacing w:before="0" w:after="240"/>
      </w:pPr>
      <w:r>
        <w:t>I am writing to apply for the Orchardist position at [Company Name]. With hands-on experience in fruit production and a strong focus on quality and efficiency, I am confident I can contribute to your orchard's success.</w:t>
      </w:r>
    </w:p>
    <w:p>
      <w:pPr>
        <w:spacing w:before="0" w:after="240"/>
      </w:pPr>
      <w:r>
        <w:t>In my previous role, I managed a block of apple trees, overseeing pruning, irrigation, and pest control. By implementing a systematic monitoring schedule, I detected a codling moth infestation early and treated it before it spread, preventing significant crop loss. I also coordinated harvest crews, ensuring fruit was picked at optimal ripeness and delivered to the packing shed without delay, which helped maintain our reputation for quality.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skills to a team that values sustainable practices and quality produce.</w:t>
      </w:r>
    </w:p>
    <w:p>
      <w:pPr>
        <w:spacing w:before="0" w:after="240"/>
      </w:pPr>
      <w:r>
        <w:t>Thank you for considering my application. I have attached my resume for your review and look forward to the opportunity to discuss how I can contribute to your orchard.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