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Organisational Psychologist</w:t>
      </w:r>
    </w:p>
    <w:p>
      <w:pPr>
        <w:spacing w:before="0" w:after="240"/>
      </w:pPr>
      <w:r>
        <w:t>I am writing to apply for the Organisational Psychologist role at [Company Name]. With postgraduate training in organisational psychology, registration with the Psychology Board of Australia and hands-on experience in assessment design and wellbeing programs, I am confident I can help your organisation make better people decisions.</w:t>
      </w:r>
    </w:p>
    <w:p>
      <w:pPr>
        <w:spacing w:before="0" w:after="240"/>
      </w:pPr>
      <w:r>
        <w:t>In a recent project, I designed and validated a selection assessment for a client's customer service team. I used SHL and Hogan assessments, ran validation analysis in SPSS and worked with hiring managers to embed the new process. The result was a shorter shortlisting cycle and stronger alignment between new hires and the role's key competencies, which the client has since extended to two other teams.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an organisation that takes evidence-based practice seriously and invests in the wellbeing and development of its people.</w:t>
      </w:r>
    </w:p>
    <w:p>
      <w:pPr>
        <w:spacing w:before="0" w:after="240"/>
      </w:pPr>
      <w:r>
        <w:t>Thank you for considering my application. I have attached my resume and would welcome the opportunity to discuss how my skills in assessment, data analysis and organisational change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