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Orthoptist</w:t>
      </w:r>
    </w:p>
    <w:p>
      <w:pPr>
        <w:spacing w:before="0" w:after="240"/>
      </w:pPr>
      <w:r>
        <w:t>I am writing to apply for the Orthoptist role at [Company Name]. With a background in assessing and managing eye movement and binocular vision disorders, and registration with the Australian Orthoptic Board, I am confident I can contribute to your team.</w:t>
      </w:r>
    </w:p>
    <w:p>
      <w:pPr>
        <w:spacing w:before="0" w:after="240"/>
      </w:pPr>
      <w:r>
        <w:t>In my current role, I manage a paediatric strabismus and amblyopia clinic, where I assess eye alignment, fit prisms, and design patching regimens. I recently worked with a young patient who had stopped using their patch due to discomfort; by adjusting the schedule and educating the family on reward strategies, we achieved consistent wear and improved binocular function at follow-up. I also perform Humphrey visual field testing and OCT imaging, and I maintain detailed EMR notes to support ophthalmologists' diagnoses.</w:t>
      </w:r>
    </w:p>
    <w:p>
      <w:pPr>
        <w:spacing w:before="0" w:after="240"/>
      </w:pPr>
      <w:r>
        <w:t>I am drawn to [Company Name] because of your [add one genuine, specific reason: a project, value, or market position you can point to]. I want to work somewhere that values collaborative care and ongoing professional development, and I believe your clinic offers that.</w:t>
      </w:r>
    </w:p>
    <w:p>
      <w:pPr>
        <w:spacing w:before="0" w:after="240"/>
      </w:pPr>
      <w:r>
        <w:t>Thank you for considering my application. I have attached my resume and look forward to the opportunity to discuss how I can support your patients.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