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Orthotic and Prosthetic Technician</w:t>
      </w:r>
    </w:p>
    <w:p>
      <w:pPr>
        <w:spacing w:before="0" w:after="240"/>
      </w:pPr>
      <w:r>
        <w:t>I am writing to apply for the Orthotic and Prosthetic Technician role at [Company Name]. With hands-on experience in fabricating and finishing custom orthoses and prostheses, and a strong grounding in CAD/CAM workflows, I am confident I can contribute to your team from day one.</w:t>
      </w:r>
    </w:p>
    <w:p>
      <w:pPr>
        <w:spacing w:before="0" w:after="240"/>
      </w:pPr>
      <w:r>
        <w:t>In my current role, I have been responsible for casting and modifying plaster moulds, laminating thermoplastic and carbon fibre components, and assembling devices to practitioner specifications. One recent project involved a complex below-knee prosthesis where I worked closely with the prosthetist to adjust alignment and finishing, resulting in a comfortable fit that allowed the patient to return to work. I also introduced a simple tracking system for materials inventory that reduced stockouts and kept jobs on schedule.</w:t>
      </w:r>
    </w:p>
    <w:p>
      <w:pPr>
        <w:spacing w:before="0" w:after="240"/>
      </w:pPr>
      <w:r>
        <w:t>I am drawn to [Company Name] because [add one genuine, specific reason: a project, value, or market position you can point to]. I am keen to bring my skills in precision fabrication and my commitment to quality to your workshop.</w:t>
      </w:r>
    </w:p>
    <w:p>
      <w:pPr>
        <w:spacing w:before="0" w:after="240"/>
      </w:pPr>
      <w:r>
        <w:t>Thank you for considering my application. I have attached my resume and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