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Osteopath</w:t>
      </w:r>
    </w:p>
    <w:p>
      <w:pPr>
        <w:spacing w:before="0" w:after="240"/>
      </w:pPr>
      <w:r>
        <w:t>I am writing to apply for the Osteopath position at [Company Name]. My clinical training and hands-on assessment skills in musculoskeletal care make me well suited to a practice focused on restoring mobility and reducing pain for a varied patient base.</w:t>
      </w:r>
    </w:p>
    <w:p>
      <w:pPr>
        <w:spacing w:before="0" w:after="240"/>
      </w:pPr>
      <w:r>
        <w:t>In my clinical placements and practice, I have worked through full assessment-to-treatment cycles: taking a detailed history, palpating for joint restriction and muscle tension, then applying techniques ranging from soft tissue release to high-velocity thrust depending on presentation. One case that stands out involved a patient with recurring lower back pain who had not responded to previous treatment elsewhere. By reworking the treatment plan around posture correction and a graded home exercise program alongside manual therapy, I saw steady improvement in mobility over successive sessions and the patient returned to regular activity without needing onward referral.</w:t>
      </w:r>
    </w:p>
    <w:p>
      <w:pPr>
        <w:spacing w:before="0" w:after="240"/>
      </w:pPr>
      <w:r>
        <w:t>[Company Name] stands out to me because [add one genuine, specific reason: a project, value, or market position you can point to]. I would welcome the chance to bring my clinical approach to a team working in that environment.</w:t>
      </w:r>
    </w:p>
    <w:p>
      <w:pPr>
        <w:spacing w:before="0" w:after="240"/>
      </w:pPr>
      <w:r>
        <w:t>Thank you for considering my application. I have attached my resume and would welcome the opportunity to discuss how my skills and clinical experience could contribute to your practice.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