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Oversize Load Pilot Escort</w:t>
      </w:r>
    </w:p>
    <w:p>
      <w:pPr>
        <w:spacing w:before="0" w:after="240"/>
      </w:pPr>
      <w:r>
        <w:t>I am writing to apply for the Oversize Load Pilot Escort role at [Company Name]. With a current driver licence, traffic management accreditation and hands-on experience escorting over-dimensional freight, I keep wide, long and heavy vehicles moving safely through traffic and tight routes.</w:t>
      </w:r>
    </w:p>
    <w:p>
      <w:pPr>
        <w:spacing w:before="0" w:after="240"/>
      </w:pPr>
      <w:r>
        <w:t>While escorting a series of bridge-beam movements for a civil project, I worked with the load driver to adjust convoy spacing and timing after identifying a height clearance issue on a regional route. By re-checking the route with a measuring pole and notifying the transport operator, we avoided a forced detour and delivered the beams to site on schedule. I also maintained UHF CB radio contact with the load driver and positioned warning signs and flashing lights to alert approaching traffic.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route clearance checks, fatigue management and hazard reporting to a team that takes compliance and safety seriously.</w:t>
      </w:r>
    </w:p>
    <w:p>
      <w:pPr>
        <w:spacing w:before="0" w:after="240"/>
      </w:pPr>
      <w:r>
        <w:t>Thank you for considering my application. I have attached my resume and would welcome the chance to discuss how I can support your oversize load movements.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