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Paediatric Dentist</w:t>
      </w:r>
    </w:p>
    <w:p>
      <w:pPr>
        <w:spacing w:before="0" w:after="240"/>
      </w:pPr>
      <w:r>
        <w:t>I am writing to apply for the Paediatric Dentist role at [Company Name]. With specialist registration and a background in treating children from infancy through adolescence, I bring a calm, preventive approach that fits your practice.</w:t>
      </w:r>
    </w:p>
    <w:p>
      <w:pPr>
        <w:spacing w:before="0" w:after="240"/>
      </w:pPr>
      <w:r>
        <w:t>In my current role, I introduced a structured tell-show-do protocol for anxious children, which reduced the need for sedation and helped more young patients complete treatment in a single visit. I also coordinated a school-based fluoride varnish program that reached over 400 children, many of whom had not seen a dentist before.</w:t>
      </w:r>
    </w:p>
    <w:p>
      <w:pPr>
        <w:spacing w:before="0" w:after="240"/>
      </w:pPr>
      <w:r>
        <w:t>Why this employer: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