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Paediatric Surgeon</w:t>
      </w:r>
    </w:p>
    <w:p>
      <w:pPr>
        <w:spacing w:before="0" w:after="240"/>
      </w:pPr>
      <w:r>
        <w:t>I am writing to express my interest in the Paediatric Surgeon role at [Company Name]. With FRACS in Paediatric Surgery and experience in neonatal and paediatric operative care, I am confident in my ability to contribute to your surgical team and provide high-quality care to children and their families.</w:t>
      </w:r>
    </w:p>
    <w:p>
      <w:pPr>
        <w:spacing w:before="0" w:after="240"/>
      </w:pPr>
      <w:r>
        <w:t>In my current role, I led the introduction of a structured preoperative checklist for neonatal emergencies, which improved theatre readiness and reduced last-minute cancellations. I also supervised registrars on the on-call roster, ensuring safe and timely care for children presenting with acute surgical conditions. My experience spans elective and emergency operations, family consent discussions and multidisciplinary follow-up, all within tertiary children's hospital settings.</w:t>
      </w:r>
    </w:p>
    <w:p>
      <w:pPr>
        <w:spacing w:before="0" w:after="240"/>
      </w:pPr>
      <w:r>
        <w:t>I am drawn to [Company Name] because [add one genuine, specific reason: a project, value, or market position you can point to]. I am keen to bring my skills in robotic-assisted surgery and family-centred care to your service.</w:t>
      </w:r>
    </w:p>
    <w:p>
      <w:pPr>
        <w:spacing w:before="0" w:after="240"/>
      </w:pPr>
      <w:r>
        <w:t>Thank you for considering my application. I have attached my resume for your review and would welcome the opportunity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