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Paramedic Manager</w:t>
      </w:r>
    </w:p>
    <w:p>
      <w:pPr>
        <w:spacing w:before="0" w:after="240"/>
      </w:pPr>
      <w:r>
        <w:t>I am writing to apply for the Paramedic Manager role at [Company Name]. With a background as a paramedic and several years leading operational teams, I am confident I can support your crews to deliver safe, effective patient care.</w:t>
      </w:r>
    </w:p>
    <w:p>
      <w:pPr>
        <w:spacing w:before="0" w:after="240"/>
      </w:pPr>
      <w:r>
        <w:t>In my current role as a station manager, I led a rostering overhaul for a team of 30 paramedics across three stations. By working with crews to align shifts with demand patterns, I reduced weekly overtime by 15 hours while maintaining coverage. I also introduced a monthly clinical governance review that cut repeat safety incidents from four to one per quarter, directly improving patient safety and crew confidence.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operational and leadership experience to a service that is clearly committed to its community.</w:t>
      </w:r>
    </w:p>
    <w:p>
      <w:pPr>
        <w:spacing w:before="0" w:after="240"/>
      </w:pPr>
      <w:r>
        <w:t>Thank you for considering my application. I have attached my resume and look forward to discussing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