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Paramedic</w:t>
      </w:r>
    </w:p>
    <w:p>
      <w:pPr>
        <w:spacing w:before="0" w:after="240"/>
      </w:pPr>
      <w:r>
        <w:t>I'm writing to apply for the Paramedic position at [Company Name]. With AHPRA registration and hands-on experience across emergency response, clinical assessment and patient transport, I'm well placed to contribute to your on-road team from day one.</w:t>
      </w:r>
    </w:p>
    <w:p>
      <w:pPr>
        <w:spacing w:before="0" w:after="240"/>
      </w:pPr>
      <w:r>
        <w:t>In a recent shift, I attended a patient in respiratory distress at a residential address with limited scene information. I completed a rapid primary survey, initiated oxygen therapy and continuous monitoring, and escalated to advanced intervention when the patient's condition deteriorated en route. Clear handover to the receiving emergency department meant the treating team had full clinical context within minutes of arrival.</w:t>
      </w:r>
    </w:p>
    <w:p>
      <w:pPr>
        <w:spacing w:before="0" w:after="240"/>
      </w:pPr>
      <w:r>
        <w:t>[add one genuine, specific reason: a project, value, or market position you can point to] is part of what draws me to [Company Name] specifically, alongside the opportunity to work within a service that takes clinical governance and paramedic wellbeing seriously.</w:t>
      </w:r>
    </w:p>
    <w:p>
      <w:pPr>
        <w:spacing w:before="0" w:after="240"/>
      </w:pPr>
      <w:r>
        <w:t>Thank you for considering my application. I've attached my resume with further detail on my clinical experience and qualifications, and I'd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