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Park Ranger</w:t>
      </w:r>
    </w:p>
    <w:p>
      <w:pPr>
        <w:spacing w:before="0" w:after="240"/>
      </w:pPr>
      <w:r>
        <w:t>I'm writing to apply for the Park Ranger position with [Company Name]. My background combines field conservation work, visitor-facing education, and emergency response, which lines up closely with the day-to-day demands of this role.</w:t>
      </w:r>
    </w:p>
    <w:p>
      <w:pPr>
        <w:spacing w:before="0" w:after="240"/>
      </w:pPr>
      <w:r>
        <w:t>In a previous field placement I carried out habitat health assessments across a section of bushland, logging flora and fauna data using GPS-linked mapping software and flagging an active weed incursion before it spread further into a walking track corridor. I also ran guided walks for school groups, adjusting content on the spot to keep primary and secondary students engaged while covering fire safety and track etiquette.</w:t>
      </w:r>
    </w:p>
    <w:p>
      <w:pPr>
        <w:spacing w:before="0" w:after="240"/>
      </w:pPr>
      <w:r>
        <w:t>[add one genuine, specific reason: a project, value, or market position you can point to] is part of why I want to work with [Company Name] specifically, rather than in conservation generally.</w:t>
      </w:r>
    </w:p>
    <w:p>
      <w:pPr>
        <w:spacing w:before="0" w:after="240"/>
      </w:pPr>
      <w:r>
        <w:t>Thank you for considering my application. I've attached my resume with further detail on my field and compliance experience, and I'd welcome the chance to discuss how I can contribute to your ranger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