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Penetration Tester</w:t>
      </w:r>
    </w:p>
    <w:p>
      <w:pPr>
        <w:spacing w:before="0" w:after="240"/>
      </w:pPr>
      <w:r>
        <w:t>I'm writing to apply for the Penetration Tester role. I've spent my career finding the weaknesses attackers would use before they get the chance, and I'd bring that same discipline to your security testing program.</w:t>
      </w:r>
    </w:p>
    <w:p>
      <w:pPr>
        <w:spacing w:before="0" w:after="240"/>
      </w:pPr>
      <w:r>
        <w:t>In a recent engagement I was tasked with assessing an externally facing web application. Using Burp Suite and manual testing I identified a broken access control flaw that allowed a standard user to view other customers' account data by manipulating a session parameter. I rated the finding, wrote up a clear reproduction path and remediation steps, and worked with the development team through two rounds of retesting until the fix was confirmed closed.</w:t>
      </w:r>
    </w:p>
    <w:p>
      <w:pPr>
        <w:spacing w:before="0" w:after="240"/>
      </w:pPr>
      <w:r>
        <w:t>[add one genuine, specific reason: a project, value, or market position you can point to] is what draws me to [Company Name] specifically. I want to apply my testing skills somewhere the findings change how systems get built and defended.</w:t>
      </w:r>
    </w:p>
    <w:p>
      <w:pPr>
        <w:spacing w:before="0" w:after="240"/>
      </w:pPr>
      <w:r>
        <w:t>Thank you for considering my application. I've attached my resume and would welcome the chance to discuss how my testing experience and reporting approach could support your security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