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Periodontist</w:t>
      </w:r>
    </w:p>
    <w:p>
      <w:pPr>
        <w:spacing w:before="0" w:after="240"/>
      </w:pPr>
      <w:r>
        <w:t>I am writing to apply for the Periodontist position at [Company Name]. With specialist registration in periodontics and a strong background in surgical and non-surgical periodontal therapy, I am confident I can contribute to your team from day one.</w:t>
      </w:r>
    </w:p>
    <w:p>
      <w:pPr>
        <w:spacing w:before="0" w:after="240"/>
      </w:pPr>
      <w:r>
        <w:t>In my current role, I manage a caseload of 70 patients per week with conditions ranging from gingivitis to advanced periodontitis. I introduced a structured maintenance program for implant patients that reduced the number of urgent reviews for peri-implantitis, and I regularly perform flap surgery and gum grafts. I also work closely with general dentists to coordinate care and ensure patients receive consistent follow-up.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would welcome the opportunity to bring my clinical skills and patient-centred approach to your practice.</w:t>
      </w:r>
    </w:p>
    <w:p>
      <w:pPr>
        <w:spacing w:before="0" w:after="240"/>
      </w:pPr>
      <w:r>
        <w:t>Thank you for considering my application. My resume is attached and provides further detail on my experience and qualifications.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