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Personal Assistant</w:t>
      </w:r>
    </w:p>
    <w:p>
      <w:pPr>
        <w:spacing w:before="0" w:after="240"/>
      </w:pPr>
      <w:r>
        <w:t>I am writing to apply for the Personal Assistant role at [Company Name]. With several years supporting a single executive with diary, correspondence and travel, I keep a busy leader's day running smoothly and protect their time for what matters most.</w:t>
      </w:r>
    </w:p>
    <w:p>
      <w:pPr>
        <w:spacing w:before="0" w:after="240"/>
      </w:pPr>
      <w:r>
        <w:t>In my current role, I support a manager who travels interstate most weeks. I rewrote their travel booking process so that flights, accommodation and meeting times were checked against each other before anything was confirmed, which cut the number of last minute changes and meant they arrived with a clear itinerary and no gaps. I also manage their inbox when they are on the road, flagging only the messages that need a decision and drafting replies for the rest.</w:t>
      </w:r>
    </w:p>
    <w:p>
      <w:pPr>
        <w:spacing w:before="0" w:after="240"/>
      </w:pPr>
      <w:r>
        <w:t>I am drawn to [Company Name] because [add one genuine, specific reason: a project, value, or market position you can point to]. I want to bring my organisational skills to a team where the personal assistant role is valued as a true support to leadership, not just a set of admin tasks.</w:t>
      </w:r>
    </w:p>
    <w:p>
      <w:pPr>
        <w:spacing w:before="0" w:after="240"/>
      </w:pPr>
      <w:r>
        <w:t>Thank you for considering my application. My resume is attached, and I would welcome the chance to discuss how I can support your executive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