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Personal Trainer</w:t>
      </w:r>
    </w:p>
    <w:p>
      <w:pPr>
        <w:spacing w:before="0" w:after="240"/>
      </w:pPr>
      <w:r>
        <w:t>I'm writing to apply for the Personal Trainer position at [Company Name]. Coaching clients through structured, measurable programs is the part of this work I find most satisfying, and it's what I'd bring to your team.</w:t>
      </w:r>
    </w:p>
    <w:p>
      <w:pPr>
        <w:spacing w:before="0" w:after="240"/>
      </w:pPr>
      <w:r>
        <w:t>In a recent role I took on a client returning from a long period of inactivity, ran a full fitness and medical history assessment, then built a progressive strength program around their goals. I adjusted the plan each fortnight based on their feedback and performance, and kept detailed session notes so progress was easy to see and easy to talk about in check-ins.</w:t>
      </w:r>
    </w:p>
    <w:p>
      <w:pPr>
        <w:spacing w:before="0" w:after="240"/>
      </w:pPr>
      <w:r>
        <w:t>[add one genuine, specific reason: a project, value, or market position you can point to] is what drew me to apply to [Company Name] specifically, rather than sending out a generic application.</w:t>
      </w:r>
    </w:p>
    <w:p>
      <w:pPr>
        <w:spacing w:before="0" w:after="240"/>
      </w:pPr>
      <w:r>
        <w:t>Thank you for considering my application. I've attached my resume with more detail on my training background and client work, and I'd welcome the chance to discuss how I could fit into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