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Pharmacist</w:t>
      </w:r>
    </w:p>
    <w:p>
      <w:pPr>
        <w:spacing w:before="0" w:after="240"/>
      </w:pPr>
      <w:r>
        <w:t>I'm writing to apply for the Pharmacist position at [Company Name]. My registration with AHPRA and hands-on dispensing experience across community and clinical settings line up well with what this role needs, particularly the balance of accuracy, patient communication and regulatory discipline.</w:t>
      </w:r>
    </w:p>
    <w:p>
      <w:pPr>
        <w:spacing w:before="0" w:after="240"/>
      </w:pPr>
      <w:r>
        <w:t>In a recent role I picked up a dosing discrepancy on a prescription for a patient with reduced renal function before it reached dispensing, contacting the prescriber to confirm an adjusted dose. That kind of catch depends on consistently thorough review rather than luck, and it's the standard I hold myself to on every script that crosses the counter.</w:t>
      </w:r>
    </w:p>
    <w:p>
      <w:pPr>
        <w:spacing w:before="0" w:after="240"/>
      </w:pPr>
      <w:r>
        <w:t>[add one genuine, specific reason: a project, value, or market position you can point to] is part of why I want to work at [Company Name] specifically, rather than send a generic application to any pharmacy with a vacancy.</w:t>
      </w:r>
    </w:p>
    <w:p>
      <w:pPr>
        <w:spacing w:before="0" w:after="240"/>
      </w:pPr>
      <w:r>
        <w:t>Thank you for considering my application. I've attached my resume with further detail on my clinical background and dispensing experience, and I'd welcome the chance to discuss how I could contribute 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