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Pharmacy Technician</w:t>
      </w:r>
    </w:p>
    <w:p>
      <w:pPr>
        <w:spacing w:before="0" w:after="240"/>
      </w:pPr>
      <w:r>
        <w:t>I am writing to apply for the Pharmacy Technician position at [Company Name]. My background in prescription dispensing, stock management and patient support matches the day-to-day demands of this role closely.</w:t>
      </w:r>
    </w:p>
    <w:p>
      <w:pPr>
        <w:spacing w:before="0" w:after="240"/>
      </w:pPr>
      <w:r>
        <w:t>In my current pharmacy technician work, I manage stock rotation and ordering for a busy dispensary, including reconciling Schedule 8 register entries and maintaining refrigerated and controlled-substance storage. I process PBS and private insurance claims daily and cross-check every label against the prescriber's instructions before it reaches a patient, which keeps error rates low even during peak periods.</w:t>
      </w:r>
    </w:p>
    <w:p>
      <w:pPr>
        <w:spacing w:before="0" w:after="240"/>
      </w:pPr>
      <w:r>
        <w:t>[Company Name] stood out to me when I was looking at pharmacy roles because [add one genuine, specific reason: a project, value, or market position you can point to]. I want to bring my dispensing accuracy and patient-facing experience to a team working on that.</w:t>
      </w:r>
    </w:p>
    <w:p>
      <w:pPr>
        <w:spacing w:before="0" w:after="240"/>
      </w:pPr>
      <w:r>
        <w:t>Thank you for considering my application. I have attached my resume and would welcome the chance to discuss how my experience with dispensing, compliance and patient support could fit your pharmacy.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