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Photography Assistant</w:t>
      </w:r>
    </w:p>
    <w:p>
      <w:pPr>
        <w:spacing w:before="0" w:after="240"/>
      </w:pPr>
      <w:r>
        <w:t>I am writing to apply for the Photography Assistant role at [Company Name]. With hands-on experience across studio and location shoots, I can prepare equipment, lighting and files so the photographer can focus on the image.</w:t>
      </w:r>
    </w:p>
    <w:p>
      <w:pPr>
        <w:spacing w:before="0" w:after="240"/>
      </w:pPr>
      <w:r>
        <w:t>On a recent editorial shoot, I noticed the key light was pulsing during test frames while the photographer was briefing the client. I swapped the head, rechecked the exposure and flagged it quietly, so the first look was shot on schedule and the photographer never had to break the client conversation.</w:t>
      </w:r>
    </w:p>
    <w:p>
      <w:pPr>
        <w:spacing w:before="0" w:after="240"/>
      </w:pPr>
      <w:r>
        <w:t>I would like to work with [Company Name] because [add one genuine, specific reason: a project, value, or market position you can point to]. I am keen to bring my studio and location experience to a team whose work I already follow.</w:t>
      </w:r>
    </w:p>
    <w:p>
      <w:pPr>
        <w:spacing w:before="0" w:after="240"/>
      </w:pPr>
      <w:r>
        <w:t>Thank you for considering my application. My resume is attached, and I would welcome the chance to talk through how I can support your next shoot.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