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Piano Tuner</w:t>
      </w:r>
    </w:p>
    <w:p>
      <w:pPr>
        <w:spacing w:before="0" w:after="240"/>
      </w:pPr>
      <w:r>
        <w:t>I am writing to apply for the Piano Tuner role at [Company Name]. With hands-on experience tuning, regulating and repairing acoustic pianos across homes, schools and performance spaces, I bring a careful ear and a practical approach to keeping instruments in reliable playing condition.</w:t>
      </w:r>
    </w:p>
    <w:p>
      <w:pPr>
        <w:spacing w:before="0" w:after="240"/>
      </w:pPr>
      <w:r>
        <w:t>In my recent work servicing a cluster of school pianos, I built a seasonal maintenance schedule that kept each instrument at A440 and reduced last-minute requests for emergency tuning before exams and concerts. I also regulated actions and voiced hammers on several well-used uprights, which improved touch and tone for students and teachers. Clients appreciated clear advice on humidity control and when a repair was worth doing, which often extended the life of the instrument and avoided unnecessary replacement.</w:t>
      </w:r>
    </w:p>
    <w:p>
      <w:pPr>
        <w:spacing w:before="0" w:after="240"/>
      </w:pPr>
      <w:r>
        <w:t>I am keen to work with [Company Name] because [add one genuine, specific reason: a project, value, or market position you can point to]. I would welcome the chance to bring my technical skills and client-focused approach to your team.</w:t>
      </w:r>
    </w:p>
    <w:p>
      <w:pPr>
        <w:spacing w:before="0" w:after="240"/>
      </w:pPr>
      <w:r>
        <w:t>Thank you for considering my application. My resume is attached, and I would be glad to discuss how I can help maintain the pianos in your care.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