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Picture Framer</w:t>
      </w:r>
    </w:p>
    <w:p>
      <w:pPr>
        <w:spacing w:before="0" w:after="240"/>
      </w:pPr>
      <w:r>
        <w:t>I am writing to apply for the Picture Framer role at [Company Name]. With hands-on experience in custom framing, conservation mounting and customer design consultation, I can measure, cut and assemble frames that protect artworks and present them well.</w:t>
      </w:r>
    </w:p>
    <w:p>
      <w:pPr>
        <w:spacing w:before="0" w:after="240"/>
      </w:pPr>
      <w:r>
        <w:t>In my current role, I regularly advise customers on frame design, materials and conservation options. One recent project involved framing a set of delicate watercolours for a local exhibition. I selected acid-free mount board and UV-filtering glass, cut the mounts on a computerised mat cutter and assembled the frames with mitre joints that stayed square. The artist was happy with the result and booked two more jobs for the same series.</w:t>
      </w:r>
    </w:p>
    <w:p>
      <w:pPr>
        <w:spacing w:before="0" w:after="240"/>
      </w:pPr>
      <w:r>
        <w:t>I am drawn to [Company Name] because [add one genuine, specific reason: a project, value, or market position you can point to]. I would like to contribute to a team that takes presentation and preservation seriously.</w:t>
      </w:r>
    </w:p>
    <w:p>
      <w:pPr>
        <w:spacing w:before="0" w:after="240"/>
      </w:pPr>
      <w:r>
        <w:t>Thank you for considering my application. My resume is attached, and I would welcome the chance to discuss how my framing skills can support your workshop.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