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Pig Farmer</w:t>
      </w:r>
    </w:p>
    <w:p>
      <w:pPr>
        <w:spacing w:before="0" w:after="240"/>
      </w:pPr>
      <w:r>
        <w:t>I am applying for the Pig Farmer role at [Company Name]. My background is on Australian piggeries across breeding, farrowing and grow-out, and the mix of herd management, biosecurity and stock planning in this position is the work I want to keep doing.</w:t>
      </w:r>
    </w:p>
    <w:p>
      <w:pPr>
        <w:spacing w:before="0" w:after="240"/>
      </w:pPr>
      <w:r>
        <w:t>At my most recent piggery I took over a farrowing house that was losing too many piglets in the first week and rebuilt the process around that problem. I trained the shed team in correct litter handling and colostrum management, checked sow body condition weekly, and used PigCHAMP records to flag sows that needed attention before they farrowed rather than after. Within a few parities we were weaning more pigs per sow and the treatment rate in that shed dropped noticeably. I also set up a simple feed ordering schedule with our supplier so silos never ran down over a long weekend, which removed a recurring source of stress for the whole team.</w:t>
      </w:r>
    </w:p>
    <w:p>
      <w:pPr>
        <w:spacing w:before="0" w:after="240"/>
      </w:pPr>
      <w:r>
        <w:t>The reason I am applying to [Company Name] specifically is [add one genuine, specific reason: a project, value, or market position you can point to]. I want to work somewhere that treats biosecurity and animal welfare as production tools rather than paperwork, and I would rather build a herd management career in one place than move around.</w:t>
      </w:r>
    </w:p>
    <w:p>
      <w:pPr>
        <w:spacing w:before="0" w:after="240"/>
      </w:pPr>
      <w:r>
        <w:t>Thank you for considering my application. My resume is attached and sets out my production, biosecurity and team leadership experience in more detail. I would welcome the chance to walk through your sheds and talk about how I would fit into your operation.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