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Pilates Instructor</w:t>
      </w:r>
    </w:p>
    <w:p>
      <w:pPr>
        <w:spacing w:before="0" w:after="240"/>
      </w:pPr>
      <w:r>
        <w:t>I am applying for the Pilates Instructor role at [Company Name]. With my background in fitness coaching and health education, I am confident I can help your clients move well and stay active.</w:t>
      </w:r>
    </w:p>
    <w:p>
      <w:pPr>
        <w:spacing w:before="0" w:after="240"/>
      </w:pPr>
      <w:r>
        <w:t>In my current role, I led reformer classes for groups of up to ten clients, often with a mix of beginners and those returning from injury. I introduced a simple breathing cue that helped participants hold their technique through challenging sequences, and several clients told me it made a real difference to their confidence and control. I also worked one-on-one with clients to assess posture and design programs that addressed their specific goals.</w:t>
      </w:r>
    </w:p>
    <w:p>
      <w:pPr>
        <w:spacing w:before="0" w:after="240"/>
      </w:pPr>
      <w:r>
        <w:t>I am keen to work with [Company Name] because [add one genuine, specific reason: a project, value, or market position you can point to]. I share your commitment to providing high-quality, safe and inclusive movement education.</w:t>
      </w:r>
    </w:p>
    <w:p>
      <w:pPr>
        <w:spacing w:before="0" w:after="240"/>
      </w:pPr>
      <w:r>
        <w:t>Thank you for considering my application. My resume is attached, and I would welcome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