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Pilates Instructor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qualified Pilates instructor with experience leading mat and reformer classes for diverse groups. I assess posture and movement, design individualised programs, and create a safe, welcoming studio environment. I am committed to helping clients build strength, flexibility and body awareness.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Fitness coaching and instruction   •   Health education and advice   •   Mindbody   •   Momence   •   Zoom   •   Google Workspace   •   Canva   •   Written communication   •   Customer service   •   Attention to detail   •   Empathy and interpersonal 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Pilates Instructor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group mat and reformer classes of up to 12 participants, adjusting exercises for different abilities and injuries.</w:t>
      </w:r>
    </w:p>
    <w:p>
      <w:pPr>
        <w:pStyle w:val="ListBullet"/>
        <w:spacing w:after="80" w:line="276" w:lineRule="auto"/>
      </w:pPr>
      <w:r>
        <w:t>Assessed clients' posture and movement patterns, designing individualised programs that helped them progress to more advanced exercises.</w:t>
      </w:r>
    </w:p>
    <w:p>
      <w:pPr>
        <w:pStyle w:val="ListBullet"/>
        <w:spacing w:after="80" w:line="276" w:lineRule="auto"/>
      </w:pPr>
      <w:r>
        <w:t>Demonstrated correct breathing and technique, reducing the risk of strain and helping clients move more efficiently.</w:t>
      </w:r>
    </w:p>
    <w:p>
      <w:pPr>
        <w:pStyle w:val="ListBullet"/>
        <w:spacing w:after="240" w:line="276" w:lineRule="auto"/>
      </w:pPr>
      <w:r>
        <w:t>Maintained studio equipment and safety checks, ensuring a clean and safe environment for all sessions.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Pilates Instruction or Diploma of Pilates Movement Therapy, or a Bachelor degree in Exercise and Sport Science with Pilates certification.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